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both"/>
        <w:rPr/>
      </w:pPr>
      <w:r w:rsidDel="00000000" w:rsidR="00000000" w:rsidRPr="00000000">
        <w:rPr>
          <w:b w:val="1"/>
          <w:rtl w:val="0"/>
        </w:rPr>
        <w:t xml:space="preserve">Kepada Yth.</w:t>
      </w:r>
      <w:r w:rsidDel="00000000" w:rsidR="00000000" w:rsidRPr="00000000">
        <w:rPr>
          <w:rtl w:val="0"/>
        </w:rPr>
      </w:r>
    </w:p>
    <w:p w:rsidR="00000000" w:rsidDel="00000000" w:rsidP="00000000" w:rsidRDefault="00000000" w:rsidRPr="00000000" w14:paraId="00000002">
      <w:pPr>
        <w:spacing w:after="0" w:lineRule="auto"/>
        <w:jc w:val="both"/>
        <w:rPr/>
      </w:pPr>
      <w:r w:rsidDel="00000000" w:rsidR="00000000" w:rsidRPr="00000000">
        <w:rPr>
          <w:rtl w:val="0"/>
        </w:rPr>
        <w:t xml:space="preserve">Direktur Beasiswa</w:t>
      </w:r>
    </w:p>
    <w:p w:rsidR="00000000" w:rsidDel="00000000" w:rsidP="00000000" w:rsidRDefault="00000000" w:rsidRPr="00000000" w14:paraId="00000003">
      <w:pPr>
        <w:spacing w:after="0" w:lineRule="auto"/>
        <w:jc w:val="both"/>
        <w:rPr/>
      </w:pPr>
      <w:r w:rsidDel="00000000" w:rsidR="00000000" w:rsidRPr="00000000">
        <w:rPr>
          <w:rtl w:val="0"/>
        </w:rPr>
        <w:t xml:space="preserve">Lembaga Pengelola Dana Pendidikan (LPDP)</w:t>
      </w:r>
    </w:p>
    <w:p w:rsidR="00000000" w:rsidDel="00000000" w:rsidP="00000000" w:rsidRDefault="00000000" w:rsidRPr="00000000" w14:paraId="00000004">
      <w:pPr>
        <w:spacing w:after="0" w:lineRule="auto"/>
        <w:jc w:val="both"/>
        <w:rPr/>
      </w:pPr>
      <w:r w:rsidDel="00000000" w:rsidR="00000000" w:rsidRPr="00000000">
        <w:rPr>
          <w:rtl w:val="0"/>
        </w:rPr>
        <w:t xml:space="preserve">Gedung Danadyaksa, Jl. Cikini Raya No.91 A-D</w:t>
      </w:r>
    </w:p>
    <w:p w:rsidR="00000000" w:rsidDel="00000000" w:rsidP="00000000" w:rsidRDefault="00000000" w:rsidRPr="00000000" w14:paraId="00000005">
      <w:pPr>
        <w:spacing w:after="0" w:lineRule="auto"/>
        <w:jc w:val="both"/>
        <w:rPr/>
      </w:pPr>
      <w:r w:rsidDel="00000000" w:rsidR="00000000" w:rsidRPr="00000000">
        <w:rPr>
          <w:rtl w:val="0"/>
        </w:rPr>
        <w:t xml:space="preserve">RT.1/RW.2, Cikini, Menteng</w:t>
      </w:r>
    </w:p>
    <w:p w:rsidR="00000000" w:rsidDel="00000000" w:rsidP="00000000" w:rsidRDefault="00000000" w:rsidRPr="00000000" w14:paraId="00000006">
      <w:pPr>
        <w:spacing w:after="0" w:lineRule="auto"/>
        <w:jc w:val="both"/>
        <w:rPr/>
      </w:pPr>
      <w:r w:rsidDel="00000000" w:rsidR="00000000" w:rsidRPr="00000000">
        <w:rPr>
          <w:rtl w:val="0"/>
        </w:rPr>
        <w:t xml:space="preserve">Jakarta Pusat</w:t>
      </w:r>
    </w:p>
    <w:p w:rsidR="00000000" w:rsidDel="00000000" w:rsidP="00000000" w:rsidRDefault="00000000" w:rsidRPr="00000000" w14:paraId="00000007">
      <w:pPr>
        <w:spacing w:after="0" w:lineRule="auto"/>
        <w:jc w:val="both"/>
        <w:rPr/>
      </w:pPr>
      <w:r w:rsidDel="00000000" w:rsidR="00000000" w:rsidRPr="00000000">
        <w:rPr>
          <w:rtl w:val="0"/>
        </w:rPr>
      </w:r>
    </w:p>
    <w:p w:rsidR="00000000" w:rsidDel="00000000" w:rsidP="00000000" w:rsidRDefault="00000000" w:rsidRPr="00000000" w14:paraId="00000008">
      <w:pPr>
        <w:spacing w:after="0" w:lineRule="auto"/>
        <w:jc w:val="both"/>
        <w:rPr>
          <w:b w:val="1"/>
        </w:rPr>
      </w:pPr>
      <w:r w:rsidDel="00000000" w:rsidR="00000000" w:rsidRPr="00000000">
        <w:rPr>
          <w:b w:val="1"/>
          <w:rtl w:val="0"/>
        </w:rPr>
        <w:t xml:space="preserve">Perihal: Permohonan Perpanjangan Masa Studi</w:t>
      </w:r>
    </w:p>
    <w:p w:rsidR="00000000" w:rsidDel="00000000" w:rsidP="00000000" w:rsidRDefault="00000000" w:rsidRPr="00000000" w14:paraId="00000009">
      <w:pPr>
        <w:spacing w:after="0" w:lineRule="auto"/>
        <w:jc w:val="both"/>
        <w:rPr/>
      </w:pPr>
      <w:r w:rsidDel="00000000" w:rsidR="00000000" w:rsidRPr="00000000">
        <w:rPr>
          <w:rtl w:val="0"/>
        </w:rPr>
      </w:r>
    </w:p>
    <w:p w:rsidR="00000000" w:rsidDel="00000000" w:rsidP="00000000" w:rsidRDefault="00000000" w:rsidRPr="00000000" w14:paraId="0000000A">
      <w:pPr>
        <w:spacing w:after="0" w:lineRule="auto"/>
        <w:jc w:val="both"/>
        <w:rPr/>
      </w:pPr>
      <w:r w:rsidDel="00000000" w:rsidR="00000000" w:rsidRPr="00000000">
        <w:rPr>
          <w:rtl w:val="0"/>
        </w:rPr>
        <w:t xml:space="preserve">Saya yang bertanda tangan di bawah ini:</w:t>
      </w:r>
    </w:p>
    <w:p w:rsidR="00000000" w:rsidDel="00000000" w:rsidP="00000000" w:rsidRDefault="00000000" w:rsidRPr="00000000" w14:paraId="0000000B">
      <w:pPr>
        <w:spacing w:after="0" w:lineRule="auto"/>
        <w:jc w:val="both"/>
        <w:rPr/>
      </w:pPr>
      <w:r w:rsidDel="00000000" w:rsidR="00000000" w:rsidRPr="00000000">
        <w:rPr>
          <w:rtl w:val="0"/>
        </w:rPr>
        <w:t xml:space="preserve">Nama Lengkap</w:t>
        <w:tab/>
        <w:tab/>
        <w:tab/>
        <w:t xml:space="preserve">: </w:t>
      </w:r>
    </w:p>
    <w:p w:rsidR="00000000" w:rsidDel="00000000" w:rsidP="00000000" w:rsidRDefault="00000000" w:rsidRPr="00000000" w14:paraId="0000000C">
      <w:pPr>
        <w:spacing w:after="0" w:lineRule="auto"/>
        <w:jc w:val="both"/>
        <w:rPr/>
      </w:pPr>
      <w:r w:rsidDel="00000000" w:rsidR="00000000" w:rsidRPr="00000000">
        <w:rPr>
          <w:rtl w:val="0"/>
        </w:rPr>
        <w:t xml:space="preserve">Nomor Induk Beasiswa (NIB)</w:t>
        <w:tab/>
        <w:t xml:space="preserve">: </w:t>
      </w:r>
    </w:p>
    <w:p w:rsidR="00000000" w:rsidDel="00000000" w:rsidP="00000000" w:rsidRDefault="00000000" w:rsidRPr="00000000" w14:paraId="0000000D">
      <w:pPr>
        <w:spacing w:after="0" w:lineRule="auto"/>
        <w:jc w:val="both"/>
        <w:rPr/>
      </w:pPr>
      <w:r w:rsidDel="00000000" w:rsidR="00000000" w:rsidRPr="00000000">
        <w:rPr>
          <w:rtl w:val="0"/>
        </w:rPr>
        <w:t xml:space="preserve">Tempat, Tanggal Lahir         </w:t>
        <w:tab/>
        <w:tab/>
        <w:t xml:space="preserve">: </w:t>
      </w:r>
    </w:p>
    <w:p w:rsidR="00000000" w:rsidDel="00000000" w:rsidP="00000000" w:rsidRDefault="00000000" w:rsidRPr="00000000" w14:paraId="0000000E">
      <w:pPr>
        <w:spacing w:after="0" w:lineRule="auto"/>
        <w:jc w:val="both"/>
        <w:rPr/>
      </w:pPr>
      <w:r w:rsidDel="00000000" w:rsidR="00000000" w:rsidRPr="00000000">
        <w:rPr>
          <w:rtl w:val="0"/>
        </w:rPr>
        <w:t xml:space="preserve">Alamat Domisili Saat Ini</w:t>
        <w:tab/>
        <w:tab/>
        <w:t xml:space="preserve">: </w:t>
      </w:r>
    </w:p>
    <w:p w:rsidR="00000000" w:rsidDel="00000000" w:rsidP="00000000" w:rsidRDefault="00000000" w:rsidRPr="00000000" w14:paraId="0000000F">
      <w:pPr>
        <w:spacing w:after="0" w:lineRule="auto"/>
        <w:jc w:val="both"/>
        <w:rPr/>
      </w:pPr>
      <w:r w:rsidDel="00000000" w:rsidR="00000000" w:rsidRPr="00000000">
        <w:rPr>
          <w:rtl w:val="0"/>
        </w:rPr>
        <w:t xml:space="preserve">Nomor HP / WA</w:t>
        <w:tab/>
        <w:tab/>
        <w:tab/>
        <w:t xml:space="preserve">: </w:t>
      </w:r>
    </w:p>
    <w:p w:rsidR="00000000" w:rsidDel="00000000" w:rsidP="00000000" w:rsidRDefault="00000000" w:rsidRPr="00000000" w14:paraId="00000010">
      <w:pPr>
        <w:spacing w:after="0" w:lineRule="auto"/>
        <w:jc w:val="both"/>
        <w:rPr/>
      </w:pPr>
      <w:r w:rsidDel="00000000" w:rsidR="00000000" w:rsidRPr="00000000">
        <w:rPr>
          <w:rtl w:val="0"/>
        </w:rPr>
        <w:t xml:space="preserve">Email                   </w:t>
        <w:tab/>
        <w:tab/>
        <w:tab/>
        <w:t xml:space="preserve">: </w:t>
      </w:r>
    </w:p>
    <w:p w:rsidR="00000000" w:rsidDel="00000000" w:rsidP="00000000" w:rsidRDefault="00000000" w:rsidRPr="00000000" w14:paraId="00000011">
      <w:pPr>
        <w:spacing w:after="0" w:lineRule="auto"/>
        <w:jc w:val="both"/>
        <w:rPr/>
      </w:pPr>
      <w:r w:rsidDel="00000000" w:rsidR="00000000" w:rsidRPr="00000000">
        <w:rPr>
          <w:rtl w:val="0"/>
        </w:rPr>
        <w:t xml:space="preserve">Perguruan Tinggi          </w:t>
        <w:tab/>
        <w:tab/>
        <w:t xml:space="preserve">:</w:t>
      </w:r>
    </w:p>
    <w:p w:rsidR="00000000" w:rsidDel="00000000" w:rsidP="00000000" w:rsidRDefault="00000000" w:rsidRPr="00000000" w14:paraId="00000012">
      <w:pPr>
        <w:spacing w:after="0" w:lineRule="auto"/>
        <w:jc w:val="both"/>
        <w:rPr/>
      </w:pPr>
      <w:r w:rsidDel="00000000" w:rsidR="00000000" w:rsidRPr="00000000">
        <w:rPr>
          <w:rtl w:val="0"/>
        </w:rPr>
        <w:t xml:space="preserve">Program Studi</w:t>
        <w:tab/>
        <w:tab/>
        <w:tab/>
        <w:tab/>
        <w:t xml:space="preserve">:</w:t>
      </w:r>
    </w:p>
    <w:p w:rsidR="00000000" w:rsidDel="00000000" w:rsidP="00000000" w:rsidRDefault="00000000" w:rsidRPr="00000000" w14:paraId="00000013">
      <w:pPr>
        <w:spacing w:after="0" w:lineRule="auto"/>
        <w:jc w:val="both"/>
        <w:rPr/>
      </w:pPr>
      <w:r w:rsidDel="00000000" w:rsidR="00000000" w:rsidRPr="00000000">
        <w:rPr>
          <w:rtl w:val="0"/>
        </w:rPr>
        <w:t xml:space="preserve">Negara Tujuan</w:t>
        <w:tab/>
        <w:tab/>
        <w:tab/>
        <w:tab/>
        <w:t xml:space="preserve">:</w:t>
        <w:br w:type="textWrapping"/>
        <w:t xml:space="preserve">Tanggal Awal Studi–Akhir Studi</w:t>
        <w:tab/>
        <w:t xml:space="preserve">: ..(sesuai LoG)..</w:t>
      </w:r>
    </w:p>
    <w:p w:rsidR="00000000" w:rsidDel="00000000" w:rsidP="00000000" w:rsidRDefault="00000000" w:rsidRPr="00000000" w14:paraId="00000014">
      <w:pPr>
        <w:spacing w:after="0" w:lineRule="auto"/>
        <w:jc w:val="both"/>
        <w:rPr/>
      </w:pPr>
      <w:r w:rsidDel="00000000" w:rsidR="00000000" w:rsidRPr="00000000">
        <w:rPr>
          <w:rtl w:val="0"/>
        </w:rPr>
        <w:br w:type="textWrapping"/>
        <w:t xml:space="preserve">Dengan ini mengajukan permohonan perpanjangan masa studi dengan pembiayaan selama [jumlah bulan] bulan, terhitung dari tanggal [tanggal mulai perpanjangan] s.d. [tanggal akhir perpanjangan], dengan alasan (</w:t>
      </w:r>
      <w:r w:rsidDel="00000000" w:rsidR="00000000" w:rsidRPr="00000000">
        <w:rPr>
          <w:b w:val="1"/>
          <w:i w:val="1"/>
          <w:rtl w:val="0"/>
        </w:rPr>
        <w:t xml:space="preserve">sebutkan</w:t>
      </w:r>
      <w:r w:rsidDel="00000000" w:rsidR="00000000" w:rsidRPr="00000000">
        <w:rPr>
          <w:rtl w:val="0"/>
        </w:rPr>
        <w:t xml:space="preserve">).</w:t>
      </w:r>
    </w:p>
    <w:p w:rsidR="00000000" w:rsidDel="00000000" w:rsidP="00000000" w:rsidRDefault="00000000" w:rsidRPr="00000000" w14:paraId="00000015">
      <w:pPr>
        <w:numPr>
          <w:ilvl w:val="0"/>
          <w:numId w:val="1"/>
        </w:numPr>
        <w:spacing w:after="0" w:lineRule="auto"/>
        <w:ind w:left="720" w:hanging="360"/>
        <w:jc w:val="both"/>
        <w:rPr>
          <w:u w:val="none"/>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6">
      <w:pPr>
        <w:numPr>
          <w:ilvl w:val="0"/>
          <w:numId w:val="1"/>
        </w:numPr>
        <w:spacing w:after="0" w:lineRule="auto"/>
        <w:ind w:left="720" w:hanging="360"/>
        <w:jc w:val="both"/>
        <w:rPr>
          <w:u w:val="none"/>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7">
      <w:pPr>
        <w:spacing w:after="0" w:lineRule="auto"/>
        <w:jc w:val="both"/>
        <w:rPr/>
      </w:pPr>
      <w:r w:rsidDel="00000000" w:rsidR="00000000" w:rsidRPr="00000000">
        <w:rPr>
          <w:rtl w:val="0"/>
        </w:rPr>
        <w:br w:type="textWrapping"/>
        <w:t xml:space="preserve">Sebagai pendukung atas permohonan ini, saya melampirkan dokumen-dokumen berikut:</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 Unconditional  terbaru yang mencantumkan durasi studi terbaru</w:t>
      </w:r>
      <w:r w:rsidDel="00000000" w:rsidR="00000000" w:rsidRPr="00000000">
        <w:rPr>
          <w:rtl w:val="0"/>
        </w:rPr>
        <w:t xml:space="preserve">;</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Surat rekomendasi dari pembimbing akademik/penelitian</w:t>
      </w:r>
      <w:r w:rsidDel="00000000" w:rsidR="00000000" w:rsidRPr="00000000">
        <w:rPr>
          <w:rtl w:val="0"/>
        </w:rPr>
        <w:t xml:space="preserve">;</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Study Plan (sesuai format LPDP)</w:t>
      </w:r>
      <w:r w:rsidDel="00000000" w:rsidR="00000000" w:rsidRPr="00000000">
        <w:rPr>
          <w:rtl w:val="0"/>
        </w:rPr>
        <w:t xml:space="preserve">;</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tl w:val="0"/>
        </w:rPr>
        <w:t xml:space="preserve">Transkrip nilai atau dokumen sejenis;</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tl w:val="0"/>
        </w:rPr>
        <w:t xml:space="preserve">Silabus atau Kartu Rencana Studi terakhir;</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tl w:val="0"/>
        </w:rPr>
        <w:t xml:space="preserve">Kronologi perkuliahan (sesuai format LPD); dan</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Dokumen pendukung lainnya.</w:t>
      </w:r>
      <w:r w:rsidDel="00000000" w:rsidR="00000000" w:rsidRPr="00000000">
        <w:rPr>
          <w:rtl w:val="0"/>
        </w:rPr>
      </w:r>
    </w:p>
    <w:p w:rsidR="00000000" w:rsidDel="00000000" w:rsidP="00000000" w:rsidRDefault="00000000" w:rsidRPr="00000000" w14:paraId="0000001F">
      <w:pPr>
        <w:spacing w:after="0" w:lineRule="auto"/>
        <w:jc w:val="both"/>
        <w:rPr/>
      </w:pPr>
      <w:r w:rsidDel="00000000" w:rsidR="00000000" w:rsidRPr="00000000">
        <w:rPr>
          <w:rtl w:val="0"/>
        </w:rPr>
      </w:r>
    </w:p>
    <w:p w:rsidR="00000000" w:rsidDel="00000000" w:rsidP="00000000" w:rsidRDefault="00000000" w:rsidRPr="00000000" w14:paraId="00000020">
      <w:pPr>
        <w:spacing w:after="0" w:lineRule="auto"/>
        <w:jc w:val="both"/>
        <w:rPr/>
      </w:pPr>
      <w:r w:rsidDel="00000000" w:rsidR="00000000" w:rsidRPr="00000000">
        <w:rPr>
          <w:rtl w:val="0"/>
        </w:rPr>
        <w:t xml:space="preserve">Dalam hal  permohonan perpanjangan durasi pembiayaan ini </w:t>
      </w:r>
      <w:r w:rsidDel="00000000" w:rsidR="00000000" w:rsidRPr="00000000">
        <w:rPr>
          <w:b w:val="1"/>
          <w:rtl w:val="0"/>
        </w:rPr>
        <w:t xml:space="preserve">disetujui</w:t>
      </w:r>
      <w:r w:rsidDel="00000000" w:rsidR="00000000" w:rsidRPr="00000000">
        <w:rPr>
          <w:rtl w:val="0"/>
        </w:rPr>
        <w:t xml:space="preserve">, maka:</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akan bertanggung jawab sepenuhnya atas permohonan perpanjangan ini dan berkomitmen untuk menyelesaikan studi dengan sebaik-baiknya dan tepat waktu sesuai durasi tambahan yang diberikan.</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tl w:val="0"/>
        </w:rPr>
        <w:t xml:space="preserve">Dalam hal Saya tidak dapat lulus pada waktu yang telah diberikan dari perpanjangan durasi pembiayaan ini akibat kelalaian Saya pribadi, maka Saya akan tetap melanjutkan studi dengan </w:t>
      </w:r>
      <w:r w:rsidDel="00000000" w:rsidR="00000000" w:rsidRPr="00000000">
        <w:rPr>
          <w:b w:val="1"/>
          <w:rtl w:val="0"/>
        </w:rPr>
        <w:t xml:space="preserve">sumber pendanaan pribadi atau lainnya</w:t>
      </w:r>
      <w:r w:rsidDel="00000000" w:rsidR="00000000" w:rsidRPr="00000000">
        <w:rPr>
          <w:rtl w:val="0"/>
        </w:rPr>
        <w:t xml:space="preserve"> sesuai peraturan yang berlaku. </w:t>
      </w:r>
      <w:r w:rsidDel="00000000" w:rsidR="00000000" w:rsidRPr="00000000">
        <w:rPr>
          <w:rtl w:val="0"/>
        </w:rPr>
        <w:t xml:space="preserve">Saya berjanji akan lulus maksimal </w:t>
      </w:r>
      <w:r w:rsidDel="00000000" w:rsidR="00000000" w:rsidRPr="00000000">
        <w:rPr>
          <w:b w:val="1"/>
          <w:rtl w:val="0"/>
        </w:rPr>
        <w:t xml:space="preserve">6 bulan setelah durasi perpanjangan</w:t>
      </w:r>
      <w:r w:rsidDel="00000000" w:rsidR="00000000" w:rsidRPr="00000000">
        <w:rPr>
          <w:rtl w:val="0"/>
        </w:rPr>
        <w:t xml:space="preserve"> berakhir yang tercantum dalam Letter Of Guarantee Perubahan.</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bersedia </w:t>
      </w:r>
      <w:r w:rsidDel="00000000" w:rsidR="00000000" w:rsidRPr="00000000">
        <w:rPr>
          <w:b w:val="1"/>
          <w:i w:val="0"/>
          <w:smallCaps w:val="0"/>
          <w:strike w:val="0"/>
          <w:color w:val="000000"/>
          <w:sz w:val="24"/>
          <w:szCs w:val="24"/>
          <w:u w:val="none"/>
          <w:shd w:fill="auto" w:val="clear"/>
          <w:vertAlign w:val="baseline"/>
          <w:rtl w:val="0"/>
        </w:rPr>
        <w:t xml:space="preserve">mengembalikan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seluruh dana beasiswa yang telah diberikan oleh LPDP apabila saya tidak dapat menyelesaikan studi dan tidak memperoleh gelar akademik sesuai kontrak dan </w:t>
      </w:r>
      <w:r w:rsidDel="00000000" w:rsidR="00000000" w:rsidRPr="00000000">
        <w:rPr>
          <w:b w:val="1"/>
          <w:i w:val="0"/>
          <w:smallCaps w:val="0"/>
          <w:strike w:val="0"/>
          <w:color w:val="000000"/>
          <w:sz w:val="24"/>
          <w:szCs w:val="24"/>
          <w:u w:val="none"/>
          <w:shd w:fill="auto" w:val="clear"/>
          <w:vertAlign w:val="baseline"/>
          <w:rtl w:val="0"/>
        </w:rPr>
        <w:t xml:space="preserve">bersedia mengikuti seluruh </w:t>
      </w:r>
      <w:r w:rsidDel="00000000" w:rsidR="00000000" w:rsidRPr="00000000">
        <w:rPr>
          <w:b w:val="1"/>
          <w:rtl w:val="0"/>
        </w:rPr>
        <w:t xml:space="preserve">prosedur</w:t>
      </w:r>
      <w:r w:rsidDel="00000000" w:rsidR="00000000" w:rsidRPr="00000000">
        <w:rPr>
          <w:rtl w:val="0"/>
        </w:rPr>
        <w:t xml:space="preserve"> dan ketentuan yang berlaku di lingkungan LPDP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akan tetap </w:t>
      </w:r>
      <w:r w:rsidDel="00000000" w:rsidR="00000000" w:rsidRPr="00000000">
        <w:rPr>
          <w:b w:val="1"/>
          <w:i w:val="0"/>
          <w:smallCaps w:val="0"/>
          <w:strike w:val="0"/>
          <w:color w:val="000000"/>
          <w:sz w:val="24"/>
          <w:szCs w:val="24"/>
          <w:u w:val="none"/>
          <w:shd w:fill="auto" w:val="clear"/>
          <w:vertAlign w:val="baseline"/>
          <w:rtl w:val="0"/>
        </w:rPr>
        <w:t xml:space="preserve">menjaga nama baik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LPDP, serta mematuhi seluruh ketentuan yang berlaku selama masa perpanjangan studi.</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Saya memahami bahwa segala informasi yang saya sampaikan dalam surat dan dokumen pendukung ini adalah benar. Apabila di kemudian hari ditemukan ketidakbenaran, saya siap menerima sanksi administratif sesuai peraturan yang berlaku.</w:t>
      </w:r>
      <w:r w:rsidDel="00000000" w:rsidR="00000000" w:rsidRPr="00000000">
        <w:rPr>
          <w:rtl w:val="0"/>
        </w:rPr>
      </w:r>
    </w:p>
    <w:p w:rsidR="00000000" w:rsidDel="00000000" w:rsidP="00000000" w:rsidRDefault="00000000" w:rsidRPr="00000000" w14:paraId="00000026">
      <w:pPr>
        <w:spacing w:after="0" w:lineRule="auto"/>
        <w:jc w:val="both"/>
        <w:rPr/>
      </w:pPr>
      <w:r w:rsidDel="00000000" w:rsidR="00000000" w:rsidRPr="00000000">
        <w:rPr>
          <w:rtl w:val="0"/>
        </w:rPr>
        <w:br w:type="textWrapping"/>
        <w:t xml:space="preserve">Demikian permohonan ini saya sampaikan. Atas perhatian dan kebijaksanaan Bapak/Ibu, saya ucapkan terima kasih.</w:t>
      </w:r>
    </w:p>
    <w:p w:rsidR="00000000" w:rsidDel="00000000" w:rsidP="00000000" w:rsidRDefault="00000000" w:rsidRPr="00000000" w14:paraId="00000027">
      <w:pPr>
        <w:spacing w:after="0" w:lineRule="auto"/>
        <w:jc w:val="both"/>
        <w:rPr/>
      </w:pPr>
      <w:r w:rsidDel="00000000" w:rsidR="00000000" w:rsidRPr="00000000">
        <w:rPr>
          <w:rtl w:val="0"/>
        </w:rPr>
      </w:r>
    </w:p>
    <w:p w:rsidR="00000000" w:rsidDel="00000000" w:rsidP="00000000" w:rsidRDefault="00000000" w:rsidRPr="00000000" w14:paraId="00000028">
      <w:pPr>
        <w:spacing w:after="0" w:lineRule="auto"/>
        <w:jc w:val="both"/>
        <w:rPr/>
      </w:pPr>
      <w:r w:rsidDel="00000000" w:rsidR="00000000" w:rsidRPr="00000000">
        <w:rPr>
          <w:rtl w:val="0"/>
        </w:rPr>
      </w:r>
    </w:p>
    <w:p w:rsidR="00000000" w:rsidDel="00000000" w:rsidP="00000000" w:rsidRDefault="00000000" w:rsidRPr="00000000" w14:paraId="00000029">
      <w:pPr>
        <w:spacing w:after="0" w:lineRule="auto"/>
        <w:jc w:val="both"/>
        <w:rPr/>
      </w:pPr>
      <w:r w:rsidDel="00000000" w:rsidR="00000000" w:rsidRPr="00000000">
        <w:rPr>
          <w:rtl w:val="0"/>
        </w:rPr>
        <w:t xml:space="preserve">[Kota], [Tanggal Surat]</w:t>
      </w:r>
    </w:p>
    <w:p w:rsidR="00000000" w:rsidDel="00000000" w:rsidP="00000000" w:rsidRDefault="00000000" w:rsidRPr="00000000" w14:paraId="0000002A">
      <w:pPr>
        <w:spacing w:after="0" w:lineRule="auto"/>
        <w:jc w:val="both"/>
        <w:rPr/>
      </w:pPr>
      <w:r w:rsidDel="00000000" w:rsidR="00000000" w:rsidRPr="00000000">
        <w:rPr>
          <w:rtl w:val="0"/>
        </w:rPr>
        <w:t xml:space="preserve">Yang membuat pernyataan,</w:t>
      </w:r>
    </w:p>
    <w:p w:rsidR="00000000" w:rsidDel="00000000" w:rsidP="00000000" w:rsidRDefault="00000000" w:rsidRPr="00000000" w14:paraId="0000002B">
      <w:pPr>
        <w:spacing w:after="0" w:lineRule="auto"/>
        <w:jc w:val="both"/>
        <w:rPr>
          <w:color w:val="999999"/>
        </w:rPr>
      </w:pPr>
      <w:r w:rsidDel="00000000" w:rsidR="00000000" w:rsidRPr="00000000">
        <w:rPr>
          <w:rtl w:val="0"/>
        </w:rPr>
        <w:br w:type="textWrapping"/>
        <w:br w:type="textWrapping"/>
        <w:br w:type="textWrapping"/>
      </w:r>
      <w:r w:rsidDel="00000000" w:rsidR="00000000" w:rsidRPr="00000000">
        <w:rPr>
          <w:color w:val="999999"/>
          <w:rtl w:val="0"/>
        </w:rPr>
        <w:t xml:space="preserve">(tanda tangan di atas materai Rp10.000)</w:t>
      </w:r>
    </w:p>
    <w:p w:rsidR="00000000" w:rsidDel="00000000" w:rsidP="00000000" w:rsidRDefault="00000000" w:rsidRPr="00000000" w14:paraId="0000002C">
      <w:pPr>
        <w:spacing w:after="0" w:lineRule="auto"/>
        <w:jc w:val="both"/>
        <w:rPr/>
      </w:pPr>
      <w:r w:rsidDel="00000000" w:rsidR="00000000" w:rsidRPr="00000000">
        <w:rPr>
          <w:rtl w:val="0"/>
        </w:rPr>
        <w:t xml:space="preserve">[Nama Lengkap]</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qFormat w:val="1"/>
    <w:rsid w:val="00FC693F"/>
    <w:rPr>
      <w:rFonts w:ascii="Times New Roman" w:hAnsi="Times New Roman"/>
      <w:sz w:val="24"/>
    </w:rPr>
  </w:style>
  <w:style w:type="paragraph" w:styleId="Heading1">
    <w:name w:val="heading 1"/>
    <w:basedOn w:val="Normal"/>
    <w:next w:val="Normal"/>
    <w:link w:val="Heading1Char"/>
    <w:uiPriority w:val="9"/>
    <w:qFormat w:val="1"/>
    <w:rsid w:val="00FC693F"/>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unhideWhenUsed w:val="1"/>
    <w:qFormat w:val="1"/>
    <w:rsid w:val="00FC693F"/>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FC693F"/>
    <w:pPr>
      <w:keepNext w:val="1"/>
      <w:keepLines w:val="1"/>
      <w:spacing w:after="0" w:before="200"/>
      <w:outlineLvl w:val="2"/>
    </w:pPr>
    <w:rPr>
      <w:rFonts w:asciiTheme="majorHAnsi" w:cstheme="majorBidi" w:eastAsiaTheme="majorEastAsia" w:hAnsiTheme="majorHAnsi"/>
      <w:b w:val="1"/>
      <w:bCs w:val="1"/>
      <w:color w:val="4f81bd" w:themeColor="accent1"/>
    </w:rPr>
  </w:style>
  <w:style w:type="paragraph" w:styleId="Heading4">
    <w:name w:val="heading 4"/>
    <w:basedOn w:val="Normal"/>
    <w:next w:val="Normal"/>
    <w:link w:val="Heading4Char"/>
    <w:uiPriority w:val="9"/>
    <w:semiHidden w:val="1"/>
    <w:unhideWhenUsed w:val="1"/>
    <w:qFormat w:val="1"/>
    <w:rsid w:val="00FC693F"/>
    <w:pPr>
      <w:keepNext w:val="1"/>
      <w:keepLines w:val="1"/>
      <w:spacing w:after="0" w:before="200"/>
      <w:outlineLvl w:val="3"/>
    </w:pPr>
    <w:rPr>
      <w:rFonts w:asciiTheme="majorHAnsi" w:cstheme="majorBidi" w:eastAsiaTheme="majorEastAsia" w:hAnsiTheme="majorHAnsi"/>
      <w:b w:val="1"/>
      <w:bCs w:val="1"/>
      <w:i w:val="1"/>
      <w:iCs w:val="1"/>
      <w:color w:val="4f81bd" w:themeColor="accent1"/>
    </w:rPr>
  </w:style>
  <w:style w:type="paragraph" w:styleId="Heading5">
    <w:name w:val="heading 5"/>
    <w:basedOn w:val="Normal"/>
    <w:next w:val="Normal"/>
    <w:link w:val="Heading5Char"/>
    <w:uiPriority w:val="9"/>
    <w:semiHidden w:val="1"/>
    <w:unhideWhenUsed w:val="1"/>
    <w:qFormat w:val="1"/>
    <w:rsid w:val="00FC693F"/>
    <w:pPr>
      <w:keepNext w:val="1"/>
      <w:keepLines w:val="1"/>
      <w:spacing w:after="0" w:before="200"/>
      <w:outlineLvl w:val="4"/>
    </w:pPr>
    <w:rPr>
      <w:rFonts w:asciiTheme="majorHAnsi" w:cstheme="majorBidi" w:eastAsiaTheme="majorEastAsia" w:hAnsiTheme="majorHAnsi"/>
      <w:color w:val="243f60" w:themeColor="accent1" w:themeShade="00007F"/>
    </w:rPr>
  </w:style>
  <w:style w:type="paragraph" w:styleId="Heading6">
    <w:name w:val="heading 6"/>
    <w:basedOn w:val="Normal"/>
    <w:next w:val="Normal"/>
    <w:link w:val="Heading6Char"/>
    <w:uiPriority w:val="9"/>
    <w:semiHidden w:val="1"/>
    <w:unhideWhenUsed w:val="1"/>
    <w:qFormat w:val="1"/>
    <w:rsid w:val="00FC693F"/>
    <w:pPr>
      <w:keepNext w:val="1"/>
      <w:keepLines w:val="1"/>
      <w:spacing w:after="0" w:before="200"/>
      <w:outlineLvl w:val="5"/>
    </w:pPr>
    <w:rPr>
      <w:rFonts w:asciiTheme="majorHAnsi" w:cstheme="majorBidi" w:eastAsiaTheme="majorEastAsia" w:hAnsiTheme="majorHAnsi"/>
      <w:i w:val="1"/>
      <w:iCs w:val="1"/>
      <w:color w:val="243f60" w:themeColor="accent1" w:themeShade="00007F"/>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paragraph" w:styleId="Title">
    <w:name w:val="Title"/>
    <w:basedOn w:val="Normal"/>
    <w:next w:val="Normal"/>
    <w:link w:val="TitleChar"/>
    <w:uiPriority w:val="10"/>
    <w:qFormat w:val="1"/>
    <w:rsid w:val="00FC693F"/>
    <w:pPr>
      <w:pBdr>
        <w:bottom w:color="4f81bd" w:space="4" w:sz="8" w:themeColor="accent1" w:val="single"/>
      </w:pBdr>
      <w:spacing w:after="300" w:line="240" w:lineRule="auto"/>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paragraph" w:styleId="Subtitle">
    <w:name w:val="Subtitle"/>
    <w:basedOn w:val="Normal"/>
    <w:next w:val="Normal"/>
    <w:link w:val="SubtitleChar"/>
    <w:uiPriority w:val="11"/>
    <w:qFormat w:val="1"/>
    <w:rsid w:val="00FC693F"/>
    <w:pPr>
      <w:numPr>
        <w:ilvl w:val="1"/>
      </w:numPr>
    </w:pPr>
    <w:rPr>
      <w:rFonts w:asciiTheme="majorHAnsi" w:cstheme="majorBidi" w:eastAsiaTheme="majorEastAsia" w:hAnsiTheme="majorHAnsi"/>
      <w:i w:val="1"/>
      <w:iCs w:val="1"/>
      <w:color w:val="4f81bd" w:themeColor="accent1"/>
      <w:spacing w:val="15"/>
      <w:szCs w:val="24"/>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NormalWeb">
    <w:name w:val="Normal (Web)"/>
    <w:basedOn w:val="Normal"/>
    <w:uiPriority w:val="99"/>
    <w:unhideWhenUsed w:val="1"/>
    <w:rsid w:val="004F252E"/>
    <w:pPr>
      <w:spacing w:after="100" w:afterAutospacing="1" w:before="100" w:beforeAutospacing="1" w:line="240" w:lineRule="auto"/>
    </w:pPr>
    <w:rPr>
      <w:rFonts w:cs="Times New Roman" w:eastAsia="Times New Roman"/>
      <w:szCs w:val="24"/>
      <w:lang w:eastAsia="en-ID" w:val="en-ID"/>
    </w:rPr>
  </w:style>
  <w:style w:type="paragraph" w:styleId="Subtitle">
    <w:name w:val="Subtitle"/>
    <w:basedOn w:val="Normal"/>
    <w:next w:val="Normal"/>
    <w:pPr/>
    <w:rPr>
      <w:rFonts w:ascii="Calibri" w:cs="Calibri" w:eastAsia="Calibri" w:hAnsi="Calibri"/>
      <w:i w:val="1"/>
      <w:color w:val="4f81bd"/>
    </w:rPr>
  </w:style>
  <w:style w:type="paragraph" w:styleId="Subtitle">
    <w:name w:val="Subtitle"/>
    <w:basedOn w:val="Normal"/>
    <w:next w:val="Normal"/>
    <w:pPr/>
    <w:rPr>
      <w:rFonts w:ascii="Calibri" w:cs="Calibri" w:eastAsia="Calibri" w:hAnsi="Calibri"/>
      <w:i w:val="1"/>
      <w:color w:val="4f81bd"/>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uzgh0JM+mK9l+o5339g4PfVIDw==">CgMxLjA4AHIhMU8xQVFHb2VRemdtc2ZmcUFvX3VyQUw2MldTWkJEelVQ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